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חוסכים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בקשת הגשם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פעולות שחוסכות מים לפעולות שמבזבזות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לשמור על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שיתן גשם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שיהיו מים לשתייה ולצמחים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מיון: חוסך מים או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חוסך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מבזבז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הבקשה בתפילה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לשמור על מים כי הם משאב חשוב ומוגבל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התאמה: פעולה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(מבזבז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 כמו: לסגור ברז בזמן שטיפת כלים, להשתמש בכוס מים לשטיפת שיניים, לדווח על ברז מקולקל, לקצר את זמן המקלחת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את ההבדל בין חיסכון לבזבוז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נותן/ת דוגמה נכונה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מסביר/ה את חשיבות הגשם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המיון במחשב לפני מילוי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לדבר עם התלמידים על דוגמאות אישיות מהבית שלהם לחיסכון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לחשיבות הגשם בארץ ישראל ולתפילה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חוסכים 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בתפילה אנחנו מבקשים מהשם שיתן גשם בזמן. גשם הוא מתנה חשובה, ולכן צריך גם אנחנו לשמור על המים ולא לבזבז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ברז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בקשת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בבקשת הגשם אנחנו מבקשים מהשם...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שיתן גשם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שיהיה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שירד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שיהיה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שיהיו מים לשתייה ולצמחים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שלא נלך לבית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מיון: חוסך מים או מבזבז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סוגרים ברז בזמן צחצוח שיניים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קשור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משאירים ברז פתוח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טוב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משחקים במים מהברז -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חוסך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מבזבז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חובה לעשות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בבקשת הגשם מבקשים גשם בזמן הנכון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להשאיר ברז פתוח בלי צורך כי יש הרבה מים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בתפילה אנחנו מבקשים מהשם שיתן __________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לחסוך מים, צריך לסגור את ה__________ בזמן צחצוח שיניים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התאמה: פעולה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סוגרים ברז בזמן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מתקנים ברז שמטפטף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משאירים ברז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משחקים במים מהברז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חוסך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דרכים נוספות שאתם יכולים לחסוך מים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פעולה שחוסכת מים לפעולה שמבזבזת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שחוסכת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חוסכים 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