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בקשת הגשם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לשמור על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שיתן גשם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שיהיו מים לשתייה ולצמחים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טיפות מים קטנות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מבזבז מים כי המים מתאדים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חוסך מים כי משתמשים במים שהיו הולכים לאיבוד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הבקשה בתפילה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לשמור על מים כי הם משאב חשוב ומוגבל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מקלחת קצרה חוסכת יותר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ברז מטפטף מבזבז הרבה 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לחסוך מים ולא לבזבז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מטפטף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התאמה: פעולה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כמו: לסגור ברז בזמן שטיפת כלים, להשתמש בכוס מים לשטיפת שיניים, לדווח על ברז מקולקל, לקצר את זמן המקלחת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הגשם חשוב לצמחים, לבעלי חיים ולבני אדם, ובלעדיו אין מספיק מים לשתייה ולגידול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את ההבדל בין חיסכון לבזבוז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נכונה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מסביר/ה את חשיבות הגשם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במחשב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עם התלמידים על דוגמאות אישיות מהבית שלהם לחיסכון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לחשיבות הגשם בארץ ישראל ולתפילה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בתפילה מבקשים גשם. גשם הוא דבר טוב וחשוב. צריך לשמור על מים ולא לבזבז.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קטנות שיורדות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בַּקָּשָׁה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כשמבקשים משהו בתפילה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חוֹסֵךְ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שומר, לא מבזבז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מְבַזְבֵּז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 יותר מדי, לא בזהירות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בֶּרֶז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הצינור שממנו יוצאים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מִקְלַחַת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כשרוחצים את כל הגוף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בקשת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מבקשים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שיתן גשם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שיהיה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שיהיו מים לשתייה ולצמחים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שלא נלך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שיהיה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 קטנות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סגירת ברז בזמן צחצוח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ברז פתוח בלי צורך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מקלחת קצרה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עם מים מהברז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להשקות בצהריים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 כי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 כי המים מתאדים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לצמחים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לשטוף מדרכה במים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לעשות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עוזר לצמחים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לתקן ברז מטפטף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להשתמש במי מזגן לעציצים - חוסך או מבזבז?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חוסך מים כי משתמשים במים שהיו הולכים לאיבוד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עוזר לצמחים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בבקשת הגשם מבקשים גשם בזמן הנכון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להשאיר ברז פתוח בלי צורך כי יש הרבה מים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ארוכה מאוד חוסכת יותר מים ממקלחת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ברז שמטפטף עוזר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מזגן אפשר לנצל להשקיית צמחים במקום לשפוך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בתפילה אנחנו מבקשים מהשם שיתן __________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לחסוך מים, צריך לסגור את ה__________ בזמן צחצוח שיניים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ברז ש__________ מבזבז הרבה מים ולכן חשוב לתקן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מקלחת __________ חוסכת יותר מים ממקלחת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התאמה: פעולה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סוגרים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מתקנים ברז שמטפטף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משאירים ברז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משחקים במים מהברז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משקים עציצים במי המזגן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חוסך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נוספות שאתם יכולים לחסוך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לבקש בתפילה שירד גשם בזמן הנכון?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פעולה שחוסכת מים לפעולה שמבזבזת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שחוסכת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גשם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חוסכים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