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חוסכים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בקשת הגשם בתפילה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פעולות שחוסכות מים לפעולות שמבזבזות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לשמור על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בקשת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שיתן גשם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שיהיו מים לשתייה ולצמחים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טיפות מים קטנות בבוקר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מיון: חוסך מים או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חוסך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חוסך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מבזבז מים כי המים מתאדים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חוסך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חוסך מים כי משתמשים במים שהיו הולכים לאיבוד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מטרת הבקשה בתפילה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לשמור על מים כי הם משאב חשוב ומוגבל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מקלחת קצרה חוסכת יותר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ברז מטפטף מבזבז הרבה מים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לחסוך מים ולא לבזבז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מטפטף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התאמה: פעולה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(חוסך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 כמו: לסגור ברז בזמן שטיפת כלים, להשתמש בכוס מים לשטיפת שיניים, לדווח על ברז מקולקל, לקצר את זמן המקלחת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הגשם חשוב לצמחים, לבעלי חיים ולבני אדם, ובלעדיו אין מספיק מים לשתייה ולגידול 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את ההבדל בין חיסכון לבזבוז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נותן/ת דוגמה נכונה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מסביר/ה את חשיבות הגשם לחיים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המיון במחשב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לדבר עם התלמידים על דוגמאות אישיות מהבית שלהם לחיסכון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הנושא לחשיבות הגשם בארץ ישראל ולתפילה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חוסכים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בתפילה אנחנו מבקשים מהשם שיתן גשם בזמן. גשם הוא מתנה חשובה, ולכן צריך גם אנחנו לשמור על המים ולא לבזבז אותם.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בקשת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בבקשת הגשם אנחנו מבקשים מהשם...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שיתן גשם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שיהיה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שיהיה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שלא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שירד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שיהיו מים לשתייה ולצמחים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שלא נלך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שיהיה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טל?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טיפות מים קטנות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מיון: חוסך מים או מבזבז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סוגרים ברז בזמן צחצוח שיניים -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קשור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משאירים ברז פתוח -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מקלחת קצרה -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משחקים במים מהברז -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בריא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משקים את הגינה בצהריים -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חוסך מים כי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מבזבז מים כי המים מתאדים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 לצמחים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שוטפים מדרכה בצינור מים -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 לעשות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עוזר לצמחים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מתקנים ברז שמטפטף -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משקים עציצים במי המזגן -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חוסך מים כי משתמשים במים שהיו הולכים לאיבוד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עוזר לצמחים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בבקשת הגשם מבקשים גשם בזמן הנכון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להשאיר ברז פתוח בלי צורך כי יש הרבה מים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מקלחת ארוכה מאוד חוסכת יותר מים ממקלחת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תיקון ברז שמטפטף עוזר לחסוך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מזגן אפשר לנצל להשקיית צמחים במקום לשפוך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בתפילה אנחנו מבקשים מהשם שיתן __________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לחסוך מים, צריך לסגור את ה__________ בזמן צחצוח שיניים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ברז ש__________ מבזבז הרבה מים ולכן חשוב לתקן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מקלחת __________ חוסכת יותר מים ממקלחת ארוכה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התאמה: פעולה וסוג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סוגרים ברז בזמן צחצוח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מתקנים ברז שמטפטף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משאירים ברז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משחקים במים מהברז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משקים עציצים במי המזגן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חוסך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דרכים נוספות שאתם יכולים לחסוך מים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לבקש בתפילה שירד גשם בזמן הנכון?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פעולה שחוסכת מים לפעולה שמבזבזת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שחוסכת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לבקש גשם בתפילה?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ותן טל ומטר – חוסכים 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